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41459" w14:textId="77777777" w:rsidR="005627AD" w:rsidRDefault="00000000">
      <w:pPr>
        <w:spacing w:after="40"/>
      </w:pPr>
      <w:r>
        <w:rPr>
          <w:b/>
          <w:color w:val="464646"/>
          <w:sz w:val="22"/>
        </w:rPr>
        <w:t>Réseau des médiathèques Ambert Livradois Forez</w:t>
      </w:r>
    </w:p>
    <w:p w14:paraId="4F0D99A2" w14:textId="77777777" w:rsidR="005627AD" w:rsidRDefault="00000000">
      <w:pPr>
        <w:pStyle w:val="Titre1"/>
        <w:spacing w:before="160" w:after="240"/>
      </w:pPr>
      <w:r>
        <w:rPr>
          <w:rFonts w:ascii="Arial" w:hAnsi="Arial"/>
          <w:color w:val="003366"/>
          <w:sz w:val="40"/>
        </w:rPr>
        <w:t>Service de portage à domicile</w:t>
      </w:r>
    </w:p>
    <w:p w14:paraId="57CBCD11" w14:textId="77777777" w:rsidR="005627AD" w:rsidRDefault="00000000">
      <w:pPr>
        <w:spacing w:before="120" w:after="320"/>
        <w:ind w:left="432"/>
      </w:pPr>
      <w:r>
        <w:rPr>
          <w:i/>
          <w:color w:val="003366"/>
          <w:sz w:val="24"/>
        </w:rPr>
        <w:t>« Vous ne pouvez pas vous déplacer en médiathèque ? Nous venons à vous. »</w:t>
      </w:r>
    </w:p>
    <w:p w14:paraId="4086F0A0" w14:textId="77777777" w:rsidR="005627AD" w:rsidRDefault="00000000">
      <w:pPr>
        <w:pStyle w:val="Titre2"/>
        <w:spacing w:before="280" w:after="120"/>
      </w:pPr>
      <w:r>
        <w:rPr>
          <w:rFonts w:ascii="Arial" w:hAnsi="Arial"/>
          <w:color w:val="004682"/>
          <w:sz w:val="28"/>
        </w:rPr>
        <w:t>1. Présentation du service</w:t>
      </w:r>
    </w:p>
    <w:p w14:paraId="13C9EFBD" w14:textId="77777777" w:rsidR="005627AD" w:rsidRDefault="00000000">
      <w:pPr>
        <w:spacing w:after="120"/>
      </w:pPr>
      <w:r>
        <w:t>Vous avez des difficultés à vous déplacer, même temporairement ? Les médiathèques Ambert Livradois Forez vous apportent livres, CD, DVD ou revues directement chez vous et gratuitement.</w:t>
      </w:r>
    </w:p>
    <w:p w14:paraId="44FECF52" w14:textId="77777777" w:rsidR="005627AD" w:rsidRDefault="00000000">
      <w:pPr>
        <w:spacing w:after="240"/>
      </w:pPr>
      <w:r>
        <w:t>Un bénévole ou un salarié assure ce passage à domicile.</w:t>
      </w:r>
    </w:p>
    <w:p w14:paraId="7E645653" w14:textId="77777777" w:rsidR="005627AD" w:rsidRDefault="00000000">
      <w:pPr>
        <w:pStyle w:val="Titre2"/>
        <w:spacing w:before="280" w:after="120"/>
      </w:pPr>
      <w:r>
        <w:rPr>
          <w:rFonts w:ascii="Arial" w:hAnsi="Arial"/>
          <w:color w:val="004682"/>
          <w:sz w:val="28"/>
        </w:rPr>
        <w:t>2. Comment profiter du service ?</w:t>
      </w:r>
    </w:p>
    <w:p w14:paraId="6A50B0AD" w14:textId="77777777" w:rsidR="005627AD" w:rsidRDefault="00000000">
      <w:pPr>
        <w:pStyle w:val="Listenumros"/>
        <w:spacing w:after="80"/>
      </w:pPr>
      <w:r>
        <w:t>Remplissez le bulletin d'inscription ci-dessous.</w:t>
      </w:r>
    </w:p>
    <w:p w14:paraId="3496C6DF" w14:textId="77777777" w:rsidR="005627AD" w:rsidRDefault="00000000">
      <w:pPr>
        <w:pStyle w:val="Listenumros"/>
        <w:spacing w:after="240"/>
      </w:pPr>
      <w:r>
        <w:t>Envoyez-le à la référente de votre secteur.</w:t>
      </w:r>
    </w:p>
    <w:p w14:paraId="175833AE" w14:textId="77777777" w:rsidR="005627AD" w:rsidRDefault="00000000">
      <w:pPr>
        <w:pStyle w:val="Titre2"/>
        <w:spacing w:before="280" w:after="120"/>
      </w:pPr>
      <w:r>
        <w:rPr>
          <w:rFonts w:ascii="Arial" w:hAnsi="Arial"/>
          <w:color w:val="004682"/>
          <w:sz w:val="28"/>
        </w:rPr>
        <w:t>3. Déroulement après votre inscription</w:t>
      </w:r>
    </w:p>
    <w:p w14:paraId="2DC34572" w14:textId="77777777" w:rsidR="005627AD" w:rsidRDefault="00000000">
      <w:pPr>
        <w:spacing w:after="80"/>
      </w:pPr>
      <w:r>
        <w:t>Dès réception de votre bulletin d’inscription, nous vous appelons pour :</w:t>
      </w:r>
    </w:p>
    <w:p w14:paraId="374BF8D6" w14:textId="77777777" w:rsidR="005627AD" w:rsidRDefault="00000000">
      <w:pPr>
        <w:pStyle w:val="Listepuces"/>
        <w:spacing w:after="60"/>
      </w:pPr>
      <w:r>
        <w:t>Noter vos goûts (lecture, musique, cinéma).</w:t>
      </w:r>
    </w:p>
    <w:p w14:paraId="7895FC16" w14:textId="77777777" w:rsidR="005627AD" w:rsidRDefault="00000000">
      <w:pPr>
        <w:pStyle w:val="Listepuces"/>
        <w:spacing w:after="320"/>
      </w:pPr>
      <w:r>
        <w:t>Fixer un jour de passage avec vous.</w:t>
      </w:r>
    </w:p>
    <w:p w14:paraId="2CF4C9BC" w14:textId="77777777" w:rsidR="005627AD" w:rsidRDefault="00000000">
      <w:pPr>
        <w:pStyle w:val="Titre2"/>
        <w:spacing w:before="320" w:after="120"/>
      </w:pPr>
      <w:r>
        <w:rPr>
          <w:rFonts w:ascii="Arial" w:hAnsi="Arial"/>
          <w:color w:val="004682"/>
          <w:sz w:val="28"/>
        </w:rPr>
        <w:t>4. Bulletin d'inscription au service de portage à domicile</w:t>
      </w:r>
    </w:p>
    <w:p w14:paraId="45EC00F2" w14:textId="58F2F5D5" w:rsidR="005627AD" w:rsidRDefault="00000000">
      <w:r>
        <w:t>Je souhaiterais bénéficier du service portage à domicile proposé par les médiathèques</w:t>
      </w:r>
      <w:r w:rsidR="00C86AF9">
        <w:t xml:space="preserve"> </w:t>
      </w:r>
      <w:r>
        <w:t>Ambert Livradois Forez.</w:t>
      </w:r>
    </w:p>
    <w:p w14:paraId="09ED20FB" w14:textId="77777777" w:rsidR="005627AD" w:rsidRDefault="00000000">
      <w:pPr>
        <w:pStyle w:val="Listepuces"/>
        <w:spacing w:after="120"/>
      </w:pPr>
      <w:r>
        <w:rPr>
          <w:b/>
          <w:color w:val="003366"/>
        </w:rPr>
        <w:t xml:space="preserve">Nom : </w:t>
      </w:r>
      <w:r>
        <w:rPr>
          <w:color w:val="464646"/>
        </w:rPr>
        <w:t>[ Indiquez votre nom ici ]</w:t>
      </w:r>
    </w:p>
    <w:p w14:paraId="6916E139" w14:textId="77777777" w:rsidR="005627AD" w:rsidRDefault="00000000">
      <w:pPr>
        <w:pStyle w:val="Listepuces"/>
        <w:spacing w:after="120"/>
      </w:pPr>
      <w:r>
        <w:rPr>
          <w:b/>
          <w:color w:val="003366"/>
        </w:rPr>
        <w:t xml:space="preserve">Prénom : </w:t>
      </w:r>
      <w:r>
        <w:rPr>
          <w:color w:val="464646"/>
        </w:rPr>
        <w:t>[ Indiquez votre prénom ici ]</w:t>
      </w:r>
    </w:p>
    <w:p w14:paraId="2DCB2FB5" w14:textId="77777777" w:rsidR="005627AD" w:rsidRDefault="00000000">
      <w:pPr>
        <w:pStyle w:val="Listepuces"/>
        <w:spacing w:after="120"/>
      </w:pPr>
      <w:r>
        <w:rPr>
          <w:b/>
          <w:color w:val="003366"/>
        </w:rPr>
        <w:t xml:space="preserve">Déjà adhérent(e) au réseau des médiathèques ALF : </w:t>
      </w:r>
      <w:r>
        <w:rPr>
          <w:color w:val="464646"/>
        </w:rPr>
        <w:t>[  ] Oui     [  ] Non</w:t>
      </w:r>
    </w:p>
    <w:p w14:paraId="66F21116" w14:textId="77777777" w:rsidR="005627AD" w:rsidRDefault="00000000">
      <w:pPr>
        <w:pStyle w:val="Listepuces"/>
        <w:spacing w:after="120"/>
      </w:pPr>
      <w:r>
        <w:rPr>
          <w:b/>
          <w:color w:val="003366"/>
        </w:rPr>
        <w:t xml:space="preserve">Adresse postale : </w:t>
      </w:r>
      <w:r>
        <w:rPr>
          <w:color w:val="464646"/>
        </w:rPr>
        <w:t>[ Indiquez votre adresse postale ici ]</w:t>
      </w:r>
    </w:p>
    <w:p w14:paraId="6F866D21" w14:textId="77777777" w:rsidR="005627AD" w:rsidRDefault="00000000">
      <w:pPr>
        <w:pStyle w:val="Listepuces"/>
        <w:spacing w:after="120"/>
      </w:pPr>
      <w:r>
        <w:rPr>
          <w:b/>
          <w:color w:val="003366"/>
        </w:rPr>
        <w:t xml:space="preserve">Téléphone : </w:t>
      </w:r>
      <w:r>
        <w:rPr>
          <w:color w:val="464646"/>
        </w:rPr>
        <w:t>[ Indiquez votre numéro de téléphone ici ]</w:t>
      </w:r>
    </w:p>
    <w:p w14:paraId="131579A9" w14:textId="77777777" w:rsidR="005627AD" w:rsidRDefault="00000000">
      <w:pPr>
        <w:pStyle w:val="Listepuces"/>
        <w:spacing w:after="120"/>
      </w:pPr>
      <w:r>
        <w:rPr>
          <w:b/>
          <w:color w:val="003366"/>
        </w:rPr>
        <w:t xml:space="preserve">E-mail : </w:t>
      </w:r>
      <w:r>
        <w:rPr>
          <w:color w:val="464646"/>
        </w:rPr>
        <w:t>[ Indiquez votre adresse e-mail ici ]</w:t>
      </w:r>
    </w:p>
    <w:p w14:paraId="39E906CF" w14:textId="68912662" w:rsidR="005627AD" w:rsidRDefault="00000000">
      <w:pPr>
        <w:pStyle w:val="Listepuces"/>
        <w:spacing w:after="80"/>
      </w:pPr>
      <w:r>
        <w:rPr>
          <w:b/>
          <w:color w:val="003366"/>
        </w:rPr>
        <w:t>Secteur géographique</w:t>
      </w:r>
      <w:r w:rsidR="00C86AF9">
        <w:rPr>
          <w:b/>
          <w:color w:val="003366"/>
        </w:rPr>
        <w:t xml:space="preserve"> choisi</w:t>
      </w:r>
      <w:r>
        <w:rPr>
          <w:b/>
          <w:color w:val="003366"/>
        </w:rPr>
        <w:t xml:space="preserve"> :</w:t>
      </w:r>
    </w:p>
    <w:p w14:paraId="3BB718CD" w14:textId="77777777" w:rsidR="005627AD" w:rsidRDefault="00000000">
      <w:pPr>
        <w:pStyle w:val="Listepuces2"/>
        <w:spacing w:after="60"/>
      </w:pPr>
      <w:r>
        <w:t>[  ] Ambert</w:t>
      </w:r>
    </w:p>
    <w:p w14:paraId="7A3F55FF" w14:textId="77777777" w:rsidR="005627AD" w:rsidRDefault="00000000">
      <w:pPr>
        <w:pStyle w:val="Listepuces2"/>
        <w:spacing w:after="60"/>
      </w:pPr>
      <w:r>
        <w:t>[  ] Arlanc</w:t>
      </w:r>
    </w:p>
    <w:p w14:paraId="6AD31C8F" w14:textId="77777777" w:rsidR="005627AD" w:rsidRDefault="00000000">
      <w:pPr>
        <w:pStyle w:val="Listepuces2"/>
        <w:spacing w:after="60"/>
      </w:pPr>
      <w:r>
        <w:t>[  ] Cunlhat</w:t>
      </w:r>
    </w:p>
    <w:p w14:paraId="3FFB7CC8" w14:textId="77777777" w:rsidR="005627AD" w:rsidRDefault="00000000">
      <w:pPr>
        <w:pStyle w:val="Listepuces2"/>
        <w:spacing w:after="60"/>
      </w:pPr>
      <w:r>
        <w:t>[  ] Haut Livradois</w:t>
      </w:r>
    </w:p>
    <w:p w14:paraId="2DEECE9D" w14:textId="77777777" w:rsidR="005627AD" w:rsidRDefault="00000000">
      <w:pPr>
        <w:pStyle w:val="Listepuces2"/>
        <w:spacing w:after="60"/>
      </w:pPr>
      <w:r>
        <w:t>[  ] Vallée de l'Ance</w:t>
      </w:r>
    </w:p>
    <w:p w14:paraId="6A1650C4" w14:textId="2940BE90" w:rsidR="005627AD" w:rsidRDefault="00000000" w:rsidP="00C86AF9">
      <w:pPr>
        <w:pStyle w:val="Listepuces2"/>
        <w:spacing w:after="60"/>
      </w:pPr>
      <w:r>
        <w:t>[  ] Vertolaye</w:t>
      </w:r>
    </w:p>
    <w:sectPr w:rsidR="005627AD" w:rsidSect="00034616">
      <w:pgSz w:w="12240" w:h="15840"/>
      <w:pgMar w:top="1411" w:right="1411" w:bottom="141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031360">
    <w:abstractNumId w:val="8"/>
  </w:num>
  <w:num w:numId="2" w16cid:durableId="1219320355">
    <w:abstractNumId w:val="6"/>
  </w:num>
  <w:num w:numId="3" w16cid:durableId="550114500">
    <w:abstractNumId w:val="5"/>
  </w:num>
  <w:num w:numId="4" w16cid:durableId="1548447079">
    <w:abstractNumId w:val="4"/>
  </w:num>
  <w:num w:numId="5" w16cid:durableId="142434100">
    <w:abstractNumId w:val="7"/>
  </w:num>
  <w:num w:numId="6" w16cid:durableId="1547133106">
    <w:abstractNumId w:val="3"/>
  </w:num>
  <w:num w:numId="7" w16cid:durableId="478502089">
    <w:abstractNumId w:val="2"/>
  </w:num>
  <w:num w:numId="8" w16cid:durableId="543953435">
    <w:abstractNumId w:val="1"/>
  </w:num>
  <w:num w:numId="9" w16cid:durableId="2056543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627AD"/>
    <w:rsid w:val="0088316D"/>
    <w:rsid w:val="00AA1D8D"/>
    <w:rsid w:val="00B47730"/>
    <w:rsid w:val="00C86AF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84DD5B"/>
  <w14:defaultImageDpi w14:val="300"/>
  <w15:docId w15:val="{3302DAEA-BCB1-4CD8-AFE3-D874BC6C8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111111"/>
      <w:sz w:val="23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de portage à domicile - Réseau des médiathèques Ambert Livradois Forez</dc:title>
  <dc:subject/>
  <dc:creator>Réseau des médiathèques Ambert Livradois Forez</dc:creator>
  <cp:keywords/>
  <dc:description>generated by python-docx</dc:description>
  <cp:lastModifiedBy>Caroline DUPUY-GARDEL</cp:lastModifiedBy>
  <cp:revision>2</cp:revision>
  <dcterms:created xsi:type="dcterms:W3CDTF">2026-10-06T13:43:00Z</dcterms:created>
  <dcterms:modified xsi:type="dcterms:W3CDTF">2026-10-06T13:43:00Z</dcterms:modified>
  <cp:category/>
  <dc:language>fr-FR</dc:language>
</cp:coreProperties>
</file>